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7DF30" w14:textId="77777777" w:rsidR="008C068F" w:rsidRDefault="009F08FD" w:rsidP="00703315">
      <w:pPr>
        <w:spacing w:line="240" w:lineRule="auto"/>
        <w:jc w:val="center"/>
      </w:pPr>
      <w:r>
        <w:rPr>
          <w:noProof/>
        </w:rPr>
        <w:drawing>
          <wp:inline distT="0" distB="0" distL="0" distR="0" wp14:anchorId="63903717" wp14:editId="756D84E0">
            <wp:extent cx="2914650" cy="109299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2f26106-6edf-4e29-8e49-ee26e4f5c90f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28793" cy="1098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BC72A" w14:textId="77777777" w:rsidR="006C474B" w:rsidRDefault="006C474B" w:rsidP="00703315">
      <w:pPr>
        <w:spacing w:line="240" w:lineRule="auto"/>
        <w:rPr>
          <w:b/>
          <w:bCs/>
          <w:u w:val="single"/>
        </w:rPr>
      </w:pPr>
    </w:p>
    <w:p w14:paraId="0154D308" w14:textId="3D22C491" w:rsidR="00703315" w:rsidRPr="00703315" w:rsidRDefault="00703315" w:rsidP="00703315">
      <w:pPr>
        <w:spacing w:line="240" w:lineRule="auto"/>
      </w:pPr>
      <w:r w:rsidRPr="00EC1F29">
        <w:rPr>
          <w:b/>
          <w:bCs/>
          <w:u w:val="single"/>
        </w:rPr>
        <w:t>Location:</w:t>
      </w:r>
      <w:r w:rsidRPr="00703315">
        <w:t xml:space="preserve"> </w:t>
      </w:r>
      <w:r w:rsidR="0034342C">
        <w:t xml:space="preserve">    </w:t>
      </w:r>
      <w:r w:rsidRPr="00703315">
        <w:t>2311 SW 6th Ave, Suite C</w:t>
      </w:r>
      <w:r w:rsidR="00FE6B90">
        <w:t>2</w:t>
      </w:r>
      <w:r w:rsidRPr="00703315">
        <w:t>, Camas, WA 98607</w:t>
      </w:r>
      <w:r w:rsidRPr="00703315">
        <w:br/>
      </w:r>
      <w:r w:rsidRPr="00EC1F29">
        <w:rPr>
          <w:b/>
          <w:bCs/>
          <w:u w:val="single"/>
        </w:rPr>
        <w:t>Questions:</w:t>
      </w:r>
      <w:r w:rsidRPr="00703315">
        <w:t xml:space="preserve"> </w:t>
      </w:r>
      <w:r w:rsidR="0034342C" w:rsidRPr="00F4558B">
        <w:rPr>
          <w:b/>
          <w:bCs/>
        </w:rPr>
        <w:t xml:space="preserve"> </w:t>
      </w:r>
      <w:hyperlink r:id="rId7" w:history="1">
        <w:r w:rsidR="0034342C" w:rsidRPr="00F4558B">
          <w:rPr>
            <w:rStyle w:val="Hyperlink"/>
            <w:b/>
            <w:bCs/>
          </w:rPr>
          <w:t>djwigen@radiatecommunity.com</w:t>
        </w:r>
      </w:hyperlink>
    </w:p>
    <w:p w14:paraId="441C09D4" w14:textId="5DD71037" w:rsidR="00703315" w:rsidRDefault="009F08FD" w:rsidP="00D661A2">
      <w:pPr>
        <w:pStyle w:val="Heading1"/>
        <w:spacing w:line="240" w:lineRule="auto"/>
        <w:rPr>
          <w:sz w:val="22"/>
          <w:szCs w:val="22"/>
        </w:rPr>
      </w:pPr>
      <w:r w:rsidRPr="00E26CA3">
        <w:rPr>
          <w:color w:val="4F81BD" w:themeColor="accent1"/>
          <w:sz w:val="22"/>
          <w:szCs w:val="22"/>
          <w:u w:val="single"/>
        </w:rPr>
        <w:t>Join the Radiate Coffee &amp; Community Team</w:t>
      </w:r>
      <w:r w:rsidR="00B106A9" w:rsidRPr="00FE6B90">
        <w:rPr>
          <w:color w:val="4F81BD" w:themeColor="accent1"/>
          <w:sz w:val="22"/>
          <w:szCs w:val="22"/>
        </w:rPr>
        <w:t>.</w:t>
      </w:r>
      <w:r w:rsidR="00B106A9">
        <w:rPr>
          <w:sz w:val="22"/>
          <w:szCs w:val="22"/>
        </w:rPr>
        <w:t xml:space="preserve">  </w:t>
      </w:r>
      <w:r w:rsidRPr="00B106A9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More Than Coffee. More Than a Job.</w:t>
      </w:r>
      <w:r w:rsidRPr="00B106A9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br/>
      </w:r>
      <w:r w:rsidRPr="00B106A9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br/>
        <w:t xml:space="preserve">At Radiate Coffee &amp; Community, we believe great coffee </w:t>
      </w:r>
      <w:r w:rsidR="00F516FB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can bring </w:t>
      </w:r>
      <w:r w:rsidRPr="00B106A9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people together. </w:t>
      </w:r>
      <w:r w:rsidR="00913125" w:rsidRPr="00B106A9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r w:rsidRPr="00B106A9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Our café is designed to be a welcoming gathering place where exceptional coffee, fresh bakery items, genuine hospitality, and meaningful relationships create lasting community.</w:t>
      </w:r>
      <w:r w:rsidRPr="00703315">
        <w:rPr>
          <w:sz w:val="22"/>
          <w:szCs w:val="22"/>
        </w:rPr>
        <w:br/>
      </w:r>
      <w:r w:rsidRPr="00703315">
        <w:rPr>
          <w:sz w:val="22"/>
          <w:szCs w:val="22"/>
        </w:rPr>
        <w:br/>
      </w:r>
      <w:r w:rsidR="00133D2C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We are</w:t>
      </w:r>
      <w:r w:rsidRPr="00DB0ACC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committed to creating opportunities for people of all abilities, believing that everyone has unique gifts to contribute.</w:t>
      </w:r>
      <w:r w:rsidR="00913125" w:rsidRPr="00DB0ACC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 Check us out at </w:t>
      </w:r>
      <w:hyperlink r:id="rId8" w:history="1">
        <w:r w:rsidR="00913125" w:rsidRPr="00133D2C">
          <w:rPr>
            <w:rStyle w:val="Hyperlink"/>
            <w:sz w:val="22"/>
            <w:szCs w:val="22"/>
          </w:rPr>
          <w:t>http://www.radiatecommunity.com</w:t>
        </w:r>
      </w:hyperlink>
    </w:p>
    <w:p w14:paraId="5511D9D0" w14:textId="77777777" w:rsidR="008C068F" w:rsidRPr="00E26CA3" w:rsidRDefault="009F08FD" w:rsidP="00D661A2">
      <w:pPr>
        <w:pStyle w:val="Heading2"/>
        <w:spacing w:line="240" w:lineRule="auto"/>
        <w:rPr>
          <w:sz w:val="22"/>
          <w:szCs w:val="22"/>
          <w:u w:val="single"/>
        </w:rPr>
      </w:pPr>
      <w:r w:rsidRPr="00E26CA3">
        <w:rPr>
          <w:sz w:val="22"/>
          <w:szCs w:val="22"/>
          <w:u w:val="single"/>
        </w:rPr>
        <w:t>W</w:t>
      </w:r>
      <w:r w:rsidRPr="00E26CA3">
        <w:rPr>
          <w:sz w:val="22"/>
          <w:szCs w:val="22"/>
          <w:u w:val="single"/>
        </w:rPr>
        <w:t>e're Looking for People Who:</w:t>
      </w:r>
    </w:p>
    <w:p w14:paraId="28DDD0E3" w14:textId="77777777" w:rsidR="008C068F" w:rsidRPr="00703315" w:rsidRDefault="009F08FD" w:rsidP="00D661A2">
      <w:pPr>
        <w:pStyle w:val="ListBullet"/>
        <w:spacing w:line="240" w:lineRule="auto"/>
      </w:pPr>
      <w:r w:rsidRPr="00703315">
        <w:t>Enjoy serving others with kindness and respect</w:t>
      </w:r>
    </w:p>
    <w:p w14:paraId="60A36383" w14:textId="77777777" w:rsidR="008C068F" w:rsidRPr="00703315" w:rsidRDefault="009F08FD" w:rsidP="00D661A2">
      <w:pPr>
        <w:pStyle w:val="ListBullet"/>
        <w:spacing w:line="240" w:lineRule="auto"/>
      </w:pPr>
      <w:r w:rsidRPr="00703315">
        <w:t>Take pride in quality and attention to detail</w:t>
      </w:r>
    </w:p>
    <w:p w14:paraId="772D8AA1" w14:textId="77777777" w:rsidR="008C068F" w:rsidRDefault="009F08FD" w:rsidP="00D661A2">
      <w:pPr>
        <w:pStyle w:val="ListBullet"/>
        <w:spacing w:line="240" w:lineRule="auto"/>
      </w:pPr>
      <w:r w:rsidRPr="00703315">
        <w:t>Are dependable and eager to learn</w:t>
      </w:r>
    </w:p>
    <w:p w14:paraId="133930B3" w14:textId="77777777" w:rsidR="004147F8" w:rsidRDefault="004147F8" w:rsidP="00D661A2">
      <w:pPr>
        <w:pStyle w:val="ListBullet"/>
        <w:numPr>
          <w:ilvl w:val="0"/>
          <w:numId w:val="0"/>
        </w:numPr>
        <w:spacing w:line="240" w:lineRule="auto"/>
      </w:pPr>
    </w:p>
    <w:p w14:paraId="04109E29" w14:textId="3186961A" w:rsidR="004147F8" w:rsidRPr="00B527CD" w:rsidRDefault="004147F8" w:rsidP="00D661A2">
      <w:pPr>
        <w:pStyle w:val="ListBullet"/>
        <w:numPr>
          <w:ilvl w:val="0"/>
          <w:numId w:val="0"/>
        </w:numPr>
        <w:spacing w:line="240" w:lineRule="auto"/>
      </w:pPr>
      <w:r w:rsidRPr="00B527CD">
        <w:t>Whether you're an experienced barista or simply someone who loves serving others, we'd love to</w:t>
      </w:r>
      <w:r>
        <w:t xml:space="preserve"> </w:t>
      </w:r>
      <w:r w:rsidRPr="00B527CD">
        <w:t>learn more about you</w:t>
      </w:r>
    </w:p>
    <w:p w14:paraId="01583E5E" w14:textId="3493E350" w:rsidR="00BE6ED7" w:rsidRPr="00E26CA3" w:rsidRDefault="00F516FB" w:rsidP="00D661A2">
      <w:pPr>
        <w:pStyle w:val="Heading2"/>
        <w:spacing w:line="240" w:lineRule="auto"/>
        <w:rPr>
          <w:sz w:val="22"/>
          <w:szCs w:val="22"/>
          <w:u w:val="single"/>
        </w:rPr>
      </w:pPr>
      <w:r w:rsidRPr="00E26CA3">
        <w:rPr>
          <w:sz w:val="22"/>
          <w:szCs w:val="22"/>
          <w:u w:val="single"/>
        </w:rPr>
        <w:t>Are you interested?</w:t>
      </w:r>
    </w:p>
    <w:p w14:paraId="00BCA659" w14:textId="3AA3B664" w:rsidR="00BE6ED7" w:rsidRDefault="009F08FD" w:rsidP="00D661A2">
      <w:pPr>
        <w:spacing w:line="240" w:lineRule="auto"/>
      </w:pPr>
      <w:r w:rsidRPr="00703315">
        <w:t>F</w:t>
      </w:r>
      <w:r w:rsidRPr="00703315">
        <w:t xml:space="preserve">ull Name: </w:t>
      </w:r>
    </w:p>
    <w:p w14:paraId="70319EBD" w14:textId="77777777" w:rsidR="00913125" w:rsidRDefault="009F08FD" w:rsidP="00D661A2">
      <w:pPr>
        <w:spacing w:line="240" w:lineRule="auto"/>
      </w:pPr>
      <w:r w:rsidRPr="00703315">
        <w:t xml:space="preserve">Email Address: </w:t>
      </w:r>
    </w:p>
    <w:p w14:paraId="1407BB07" w14:textId="5FDD654E" w:rsidR="00913125" w:rsidRDefault="009F08FD" w:rsidP="00D661A2">
      <w:pPr>
        <w:spacing w:line="240" w:lineRule="auto"/>
      </w:pPr>
      <w:r w:rsidRPr="00703315">
        <w:t>Phone Number:</w:t>
      </w:r>
    </w:p>
    <w:p w14:paraId="7927F37F" w14:textId="35D978FB" w:rsidR="008C068F" w:rsidRPr="004147F8" w:rsidRDefault="00913125" w:rsidP="00D661A2">
      <w:pPr>
        <w:spacing w:line="240" w:lineRule="auto"/>
      </w:pPr>
      <w:r w:rsidRPr="004147F8">
        <w:rPr>
          <w:noProof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31944A67" wp14:editId="05F5038B">
                <wp:simplePos x="0" y="0"/>
                <wp:positionH relativeFrom="column">
                  <wp:posOffset>0</wp:posOffset>
                </wp:positionH>
                <wp:positionV relativeFrom="paragraph">
                  <wp:posOffset>252095</wp:posOffset>
                </wp:positionV>
                <wp:extent cx="5462270" cy="819150"/>
                <wp:effectExtent l="0" t="0" r="24130" b="19050"/>
                <wp:wrapSquare wrapText="bothSides"/>
                <wp:docPr id="6215186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2270" cy="8191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D3AEAA" w14:textId="64E5DCAF" w:rsidR="00BE6ED7" w:rsidRDefault="00BE6E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944A6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9.85pt;width:430.1pt;height:64.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" fillcolor="white [3201]" strokecolor="black [3200]" strokeweight="2pt">
                <v:textbox>
                  <w:txbxContent>
                    <w:p w14:paraId="18D3AEAA" w14:textId="64E5DCAF" w:rsidR="00BE6ED7" w:rsidRDefault="00BE6ED7"/>
                  </w:txbxContent>
                </v:textbox>
                <w10:wrap type="square"/>
              </v:shape>
            </w:pict>
          </mc:Fallback>
        </mc:AlternateContent>
      </w:r>
      <w:r w:rsidR="004147F8">
        <w:t xml:space="preserve">Tell us about your experience in the food or customer service </w:t>
      </w:r>
      <w:r w:rsidR="00F946F0">
        <w:t>industry</w:t>
      </w:r>
      <w:r w:rsidR="00263625">
        <w:t xml:space="preserve"> (Attach a resume - Optional)</w:t>
      </w:r>
      <w:r w:rsidR="004147F8">
        <w:t>.</w:t>
      </w:r>
      <w:r w:rsidR="009F08FD" w:rsidRPr="004147F8">
        <w:br/>
      </w:r>
    </w:p>
    <w:p w14:paraId="2AC24050" w14:textId="77777777" w:rsidR="004147F8" w:rsidRDefault="004147F8" w:rsidP="00703315">
      <w:pPr>
        <w:spacing w:line="240" w:lineRule="auto"/>
      </w:pPr>
    </w:p>
    <w:p w14:paraId="5E67F26F" w14:textId="77777777" w:rsidR="004147F8" w:rsidRDefault="004147F8" w:rsidP="00703315">
      <w:pPr>
        <w:spacing w:line="240" w:lineRule="auto"/>
      </w:pPr>
    </w:p>
    <w:p w14:paraId="405F0CD7" w14:textId="77777777" w:rsidR="004147F8" w:rsidRDefault="004147F8" w:rsidP="00703315">
      <w:pPr>
        <w:spacing w:line="240" w:lineRule="auto"/>
      </w:pPr>
    </w:p>
    <w:p w14:paraId="7EBD29B3" w14:textId="1C874898" w:rsidR="00BE6ED7" w:rsidRDefault="004147F8" w:rsidP="00703315">
      <w:pPr>
        <w:spacing w:line="24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303257B" wp14:editId="31A27EBA">
                <wp:simplePos x="0" y="0"/>
                <wp:positionH relativeFrom="column">
                  <wp:posOffset>0</wp:posOffset>
                </wp:positionH>
                <wp:positionV relativeFrom="paragraph">
                  <wp:posOffset>220980</wp:posOffset>
                </wp:positionV>
                <wp:extent cx="5471795" cy="809625"/>
                <wp:effectExtent l="0" t="0" r="14605" b="28575"/>
                <wp:wrapSquare wrapText="bothSides"/>
                <wp:docPr id="19940332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1795" cy="8096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ACE42B" w14:textId="343A9FDA" w:rsidR="00BE6ED7" w:rsidRDefault="00BE6E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3257B" id="_x0000_s1027" type="#_x0000_t202" style="position:absolute;margin-left:0;margin-top:17.4pt;width:430.85pt;height:6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" fillcolor="white [3201]" strokecolor="black [3200]" strokeweight="2pt">
                <v:textbox>
                  <w:txbxContent>
                    <w:p w14:paraId="56ACE42B" w14:textId="343A9FDA" w:rsidR="00BE6ED7" w:rsidRDefault="00BE6ED7"/>
                  </w:txbxContent>
                </v:textbox>
                <w10:wrap type="square"/>
              </v:shape>
            </w:pict>
          </mc:Fallback>
        </mc:AlternateContent>
      </w:r>
      <w:r w:rsidR="009F08FD" w:rsidRPr="00703315">
        <w:t xml:space="preserve">Why </w:t>
      </w:r>
      <w:r w:rsidR="00F946F0">
        <w:t>do</w:t>
      </w:r>
      <w:r w:rsidR="009F08FD" w:rsidRPr="00703315">
        <w:t xml:space="preserve"> you want to work at Radiate Coffee &amp; Community?</w:t>
      </w:r>
      <w:r w:rsidR="009F08FD" w:rsidRPr="00703315">
        <w:br/>
      </w:r>
    </w:p>
    <w:p w14:paraId="130448ED" w14:textId="77777777" w:rsidR="004147F8" w:rsidRDefault="004147F8" w:rsidP="00703315">
      <w:pPr>
        <w:spacing w:line="240" w:lineRule="auto"/>
      </w:pPr>
    </w:p>
    <w:p w14:paraId="46A5295D" w14:textId="77777777" w:rsidR="00F946F0" w:rsidRDefault="00F946F0" w:rsidP="00703315">
      <w:pPr>
        <w:spacing w:line="240" w:lineRule="auto"/>
      </w:pPr>
    </w:p>
    <w:p w14:paraId="69777B03" w14:textId="77777777" w:rsidR="00F946F0" w:rsidRDefault="00F946F0" w:rsidP="00703315">
      <w:pPr>
        <w:spacing w:line="240" w:lineRule="auto"/>
      </w:pPr>
    </w:p>
    <w:p w14:paraId="035EB69C" w14:textId="65D3AD9B" w:rsidR="008C068F" w:rsidRPr="00703315" w:rsidRDefault="00913125" w:rsidP="00703315">
      <w:pPr>
        <w:spacing w:line="240" w:lineRule="auto"/>
      </w:pPr>
      <w:r w:rsidRPr="00703315">
        <w:t>Approximately how many hours per week are you looking to work</w:t>
      </w:r>
      <w:r>
        <w:t>:</w:t>
      </w:r>
      <w:r w:rsidR="009F08FD" w:rsidRPr="00703315">
        <w:br/>
      </w:r>
      <w:r w:rsidR="009F08FD" w:rsidRPr="00703315">
        <w:br/>
      </w:r>
      <w:r w:rsidR="009F08FD" w:rsidRPr="00263625">
        <w:t>Thank you for your interest!</w:t>
      </w:r>
      <w:r w:rsidR="009F08FD" w:rsidRPr="00263625">
        <w:rPr>
          <w:b/>
          <w:bCs/>
        </w:rPr>
        <w:t xml:space="preserve"> </w:t>
      </w:r>
    </w:p>
    <w:sectPr w:rsidR="008C068F" w:rsidRPr="00703315" w:rsidSect="006C474B">
      <w:pgSz w:w="12240" w:h="15840"/>
      <w:pgMar w:top="432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6878308">
    <w:abstractNumId w:val="8"/>
  </w:num>
  <w:num w:numId="2" w16cid:durableId="311838442">
    <w:abstractNumId w:val="6"/>
  </w:num>
  <w:num w:numId="3" w16cid:durableId="1725568044">
    <w:abstractNumId w:val="5"/>
  </w:num>
  <w:num w:numId="4" w16cid:durableId="719673800">
    <w:abstractNumId w:val="4"/>
  </w:num>
  <w:num w:numId="5" w16cid:durableId="908880552">
    <w:abstractNumId w:val="7"/>
  </w:num>
  <w:num w:numId="6" w16cid:durableId="1874919481">
    <w:abstractNumId w:val="3"/>
  </w:num>
  <w:num w:numId="7" w16cid:durableId="1530071013">
    <w:abstractNumId w:val="2"/>
  </w:num>
  <w:num w:numId="8" w16cid:durableId="1586264344">
    <w:abstractNumId w:val="1"/>
  </w:num>
  <w:num w:numId="9" w16cid:durableId="1161890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3D2C"/>
    <w:rsid w:val="0015074B"/>
    <w:rsid w:val="00263625"/>
    <w:rsid w:val="0029639D"/>
    <w:rsid w:val="00326F90"/>
    <w:rsid w:val="0034342C"/>
    <w:rsid w:val="004147F8"/>
    <w:rsid w:val="0056209C"/>
    <w:rsid w:val="006C474B"/>
    <w:rsid w:val="00703315"/>
    <w:rsid w:val="008C068F"/>
    <w:rsid w:val="00913125"/>
    <w:rsid w:val="00994FDA"/>
    <w:rsid w:val="009F08FD"/>
    <w:rsid w:val="00AA1D8D"/>
    <w:rsid w:val="00B106A9"/>
    <w:rsid w:val="00B47730"/>
    <w:rsid w:val="00B527CD"/>
    <w:rsid w:val="00BE6ED7"/>
    <w:rsid w:val="00CB0664"/>
    <w:rsid w:val="00D661A2"/>
    <w:rsid w:val="00DB0ACC"/>
    <w:rsid w:val="00E26CA3"/>
    <w:rsid w:val="00EC1F29"/>
    <w:rsid w:val="00F4558B"/>
    <w:rsid w:val="00F516FB"/>
    <w:rsid w:val="00F946F0"/>
    <w:rsid w:val="00FC693F"/>
    <w:rsid w:val="00FE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DF8A02"/>
  <w14:defaultImageDpi w14:val="300"/>
  <w15:docId w15:val="{CDC2EF7B-FDD1-4F5F-A360-6EA43CC8C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70331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33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diatecommunity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djwigen@radiatecommunity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177</Words>
  <Characters>1133</Characters>
  <Application>Microsoft Office Word</Application>
  <DocSecurity>0</DocSecurity>
  <Lines>36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David Wigen</cp:lastModifiedBy>
  <cp:revision>17</cp:revision>
  <dcterms:created xsi:type="dcterms:W3CDTF">2026-07-10T21:59:00Z</dcterms:created>
  <dcterms:modified xsi:type="dcterms:W3CDTF">2026-07-10T22:15:00Z</dcterms:modified>
  <cp:category/>
</cp:coreProperties>
</file>